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</w:pPr>
      <w:r>
        <w:rPr>
          <w:rFonts w:ascii="Calibri" w:hAnsi="Calibri"/>
          <w:b/>
          <w:color w:val="155B5F"/>
          <w:sz w:val="18"/>
        </w:rPr>
        <w:t>KOSTENLOSE WORD-VORLAGE</w:t>
      </w:r>
    </w:p>
    <w:p>
      <w:pPr>
        <w:keepNext/>
        <w:spacing w:before="0" w:after="100"/>
      </w:pPr>
      <w:r>
        <w:rPr>
          <w:rFonts w:ascii="Calibri" w:hAnsi="Calibri"/>
          <w:b/>
          <w:color w:val="155B5F"/>
          <w:sz w:val="52"/>
        </w:rPr>
        <w:t>Stellenanzeige in der Hauswirtschaft</w:t>
      </w:r>
    </w:p>
    <w:p>
      <w:pPr>
        <w:spacing w:after="320"/>
      </w:pPr>
      <w:r>
        <w:rPr>
          <w:rFonts w:ascii="Calibri" w:hAnsi="Calibri"/>
          <w:i/>
          <w:color w:val="626B6C"/>
          <w:sz w:val="25"/>
        </w:rPr>
        <w:t>Muster zum Anpassen, Kopieren und Veröffentlichen</w:t>
      </w:r>
    </w:p>
    <w:p>
      <w:pPr>
        <w:spacing w:before="40" w:after="280" w:line="288" w:lineRule="auto"/>
        <w:ind w:left="230" w:right="230"/>
        <w:shd w:fill="EAF2ED"/>
        <w:pBdr>
          <w:top w:val="single" w:sz="6" w:space="6" w:color="BDD0C5"/>
          <w:left w:val="single" w:sz="6" w:space="6" w:color="BDD0C5"/>
          <w:bottom w:val="single" w:sz="6" w:space="6" w:color="BDD0C5"/>
          <w:right w:val="single" w:sz="6" w:space="6" w:color="BDD0C5"/>
        </w:pBdr>
      </w:pPr>
      <w:r>
        <w:rPr>
          <w:rFonts w:ascii="Calibri" w:hAnsi="Calibri"/>
          <w:b/>
          <w:color w:val="123F42"/>
          <w:sz w:val="21"/>
        </w:rPr>
        <w:t xml:space="preserve">So nutzt du die Vorlage: </w:t>
      </w:r>
      <w:r>
        <w:rPr>
          <w:rFonts w:ascii="Calibri" w:hAnsi="Calibri"/>
          <w:color w:val="202525"/>
          <w:sz w:val="21"/>
        </w:rPr>
        <w:t>Ersetze alle Angaben in eckigen Klammern, streiche unpassende Punkte und ergänze die tatsächlichen Rahmenbedingungen deiner Stelle.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55B5F"/>
          <w:sz w:val="22"/>
        </w:rPr>
        <w:t xml:space="preserve">Hauswirtschaftskraft / Hauswirtschafter (m/w/d) in </w:t>
      </w:r>
      <w:r>
        <w:rPr>
          <w:rFonts w:ascii="Calibri" w:hAnsi="Calibri"/>
          <w:b/>
          <w:i/>
          <w:color w:val="155B5F"/>
          <w:sz w:val="22"/>
        </w:rPr>
        <w:t>[Ort]</w:t>
      </w:r>
      <w:r>
        <w:rPr>
          <w:rFonts w:ascii="Calibri" w:hAnsi="Calibri"/>
          <w:b/>
          <w:i w:val="0"/>
          <w:color w:val="155B5F"/>
          <w:sz w:val="22"/>
        </w:rPr>
        <w:t xml:space="preserve"> - </w:t>
      </w:r>
      <w:r>
        <w:rPr>
          <w:rFonts w:ascii="Calibri" w:hAnsi="Calibri"/>
          <w:b/>
          <w:i/>
          <w:color w:val="155B5F"/>
          <w:sz w:val="22"/>
        </w:rPr>
        <w:t>[Vollzeit/Teilzeit]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155B5F"/>
          <w:sz w:val="22"/>
        </w:rPr>
        <w:t>Wer wir sind</w:t>
      </w:r>
    </w:p>
    <w:p>
      <w:pPr>
        <w:spacing w:after="120" w:line="300" w:lineRule="auto"/>
      </w:pPr>
      <w:r>
        <w:rPr>
          <w:rFonts w:ascii="Calibri" w:hAnsi="Calibri"/>
          <w:b/>
          <w:i/>
          <w:color w:val="155B5F"/>
          <w:sz w:val="22"/>
        </w:rPr>
        <w:t>[Name der Einrichtung]</w:t>
      </w:r>
      <w:r>
        <w:rPr>
          <w:rFonts w:ascii="Calibri" w:hAnsi="Calibri"/>
          <w:b w:val="0"/>
          <w:i w:val="0"/>
          <w:color w:val="202525"/>
          <w:sz w:val="22"/>
        </w:rPr>
        <w:t xml:space="preserve"> begleitet/versorgt </w:t>
      </w:r>
      <w:r>
        <w:rPr>
          <w:rFonts w:ascii="Calibri" w:hAnsi="Calibri"/>
          <w:b/>
          <w:i/>
          <w:color w:val="155B5F"/>
          <w:sz w:val="22"/>
        </w:rPr>
        <w:t>[Zielgruppe oder Anzahl der Personen]</w:t>
      </w:r>
      <w:r>
        <w:rPr>
          <w:rFonts w:ascii="Calibri" w:hAnsi="Calibri"/>
          <w:b w:val="0"/>
          <w:i w:val="0"/>
          <w:color w:val="202525"/>
          <w:sz w:val="22"/>
        </w:rPr>
        <w:t xml:space="preserve"> in </w:t>
      </w:r>
      <w:r>
        <w:rPr>
          <w:rFonts w:ascii="Calibri" w:hAnsi="Calibri"/>
          <w:b/>
          <w:i/>
          <w:color w:val="155B5F"/>
          <w:sz w:val="22"/>
        </w:rPr>
        <w:t>[Ort]</w:t>
      </w:r>
      <w:r>
        <w:rPr>
          <w:rFonts w:ascii="Calibri" w:hAnsi="Calibri"/>
          <w:b w:val="0"/>
          <w:i w:val="0"/>
          <w:color w:val="202525"/>
          <w:sz w:val="22"/>
        </w:rPr>
        <w:t xml:space="preserve">. In unserem hauswirtschaftlichen Team arbeiten </w:t>
      </w:r>
      <w:r>
        <w:rPr>
          <w:rFonts w:ascii="Calibri" w:hAnsi="Calibri"/>
          <w:b/>
          <w:i/>
          <w:color w:val="155B5F"/>
          <w:sz w:val="22"/>
        </w:rPr>
        <w:t>[Anzahl]</w:t>
      </w:r>
      <w:r>
        <w:rPr>
          <w:rFonts w:ascii="Calibri" w:hAnsi="Calibri"/>
          <w:b w:val="0"/>
          <w:i w:val="0"/>
          <w:color w:val="202525"/>
          <w:sz w:val="22"/>
        </w:rPr>
        <w:t xml:space="preserve"> Mitarbeitende. Uns sind </w:t>
      </w:r>
      <w:r>
        <w:rPr>
          <w:rFonts w:ascii="Calibri" w:hAnsi="Calibri"/>
          <w:b/>
          <w:i/>
          <w:color w:val="155B5F"/>
          <w:sz w:val="22"/>
        </w:rPr>
        <w:t>[zum Beispiel verlässliche Abläufe, wertschätzende Zusammenarbeit und eine hohe Versorgungsqualität]</w:t>
      </w:r>
      <w:r>
        <w:rPr>
          <w:rFonts w:ascii="Calibri" w:hAnsi="Calibri"/>
          <w:b w:val="0"/>
          <w:i w:val="0"/>
          <w:color w:val="202525"/>
          <w:sz w:val="22"/>
        </w:rPr>
        <w:t xml:space="preserve"> wichtig.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155B5F"/>
          <w:sz w:val="22"/>
        </w:rPr>
        <w:t>Deine Aufgaben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Du bereitest </w:t>
      </w:r>
      <w:r>
        <w:rPr>
          <w:rFonts w:ascii="Calibri" w:hAnsi="Calibri"/>
          <w:b/>
          <w:i/>
          <w:color w:val="155B5F"/>
          <w:sz w:val="22"/>
        </w:rPr>
        <w:t>[Mahlzeiten/Speisenkomponenten]</w:t>
      </w:r>
      <w:r>
        <w:rPr>
          <w:rFonts w:ascii="Calibri" w:hAnsi="Calibri"/>
          <w:b w:val="0"/>
          <w:i w:val="0"/>
          <w:color w:val="202525"/>
          <w:sz w:val="22"/>
        </w:rPr>
        <w:t xml:space="preserve"> zu und unterstützt bei der Ausgabe.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Du reinigst und pflegst </w:t>
      </w:r>
      <w:r>
        <w:rPr>
          <w:rFonts w:ascii="Calibri" w:hAnsi="Calibri"/>
          <w:b/>
          <w:i/>
          <w:color w:val="155B5F"/>
          <w:sz w:val="22"/>
        </w:rPr>
        <w:t>[konkrete Räume oder Bereiche]</w:t>
      </w:r>
      <w:r>
        <w:rPr>
          <w:rFonts w:ascii="Calibri" w:hAnsi="Calibri"/>
          <w:b w:val="0"/>
          <w:i w:val="0"/>
          <w:color w:val="202525"/>
          <w:sz w:val="22"/>
        </w:rPr>
        <w:t xml:space="preserve"> nach unseren Hygiene- und Reinigungsplänen.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Du übernimmst Aufgaben in der Wäsche- und Textilpflege.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Du kontrollierst Warenbestände und unterstützt bei Bestellung und Lagerung.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Du dokumentierst ausgeführte Arbeiten und meldest Abweichungen.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Du arbeitest eng mit </w:t>
      </w:r>
      <w:r>
        <w:rPr>
          <w:rFonts w:ascii="Calibri" w:hAnsi="Calibri"/>
          <w:b/>
          <w:i/>
          <w:color w:val="155B5F"/>
          <w:sz w:val="22"/>
        </w:rPr>
        <w:t>[Pflege, Betreuung, Küche oder weiteren Bereichen]</w:t>
      </w:r>
      <w:r>
        <w:rPr>
          <w:rFonts w:ascii="Calibri" w:hAnsi="Calibri"/>
          <w:b w:val="0"/>
          <w:i w:val="0"/>
          <w:color w:val="202525"/>
          <w:sz w:val="22"/>
        </w:rPr>
        <w:t xml:space="preserve"> zusammen.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155B5F"/>
          <w:sz w:val="22"/>
        </w:rPr>
        <w:t>Das bringst du mit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/>
          <w:i/>
          <w:color w:val="155B5F"/>
          <w:sz w:val="22"/>
        </w:rPr>
        <w:t>[abgeschlossene Ausbildung als Hauswirtschafter/in oder Berufserfahrung in der Hauswirtschaft]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zuverlässige, hygienebewusste und selbstständige Arbeitsweise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wertschätzender Umgang mit </w:t>
      </w:r>
      <w:r>
        <w:rPr>
          <w:rFonts w:ascii="Calibri" w:hAnsi="Calibri"/>
          <w:b/>
          <w:i/>
          <w:color w:val="155B5F"/>
          <w:sz w:val="22"/>
        </w:rPr>
        <w:t>[Bewohnern, Gästen, Kindern oder Kunden]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Bereitschaft zu </w:t>
      </w:r>
      <w:r>
        <w:rPr>
          <w:rFonts w:ascii="Calibri" w:hAnsi="Calibri"/>
          <w:b/>
          <w:i/>
          <w:color w:val="155B5F"/>
          <w:sz w:val="22"/>
        </w:rPr>
        <w:t>[konkreten Schichten/Wochenenddiensten, falls erforderlich]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/>
          <w:i/>
          <w:color w:val="155B5F"/>
          <w:sz w:val="22"/>
        </w:rPr>
        <w:t>[Führerschein, Sprachkenntnisse oder weitere zwingende Voraussetzung - nur falls tatsächlich nötig]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155B5F"/>
          <w:sz w:val="22"/>
        </w:rPr>
        <w:t>Das bieten wir dir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/>
          <w:i/>
          <w:color w:val="155B5F"/>
          <w:sz w:val="22"/>
        </w:rPr>
        <w:t>[unbefristeter/befristeter]</w:t>
      </w:r>
      <w:r>
        <w:rPr>
          <w:rFonts w:ascii="Calibri" w:hAnsi="Calibri"/>
          <w:b w:val="0"/>
          <w:i w:val="0"/>
          <w:color w:val="202525"/>
          <w:sz w:val="22"/>
        </w:rPr>
        <w:t xml:space="preserve"> Arbeitsvertrag mit </w:t>
      </w:r>
      <w:r>
        <w:rPr>
          <w:rFonts w:ascii="Calibri" w:hAnsi="Calibri"/>
          <w:b/>
          <w:i/>
          <w:color w:val="155B5F"/>
          <w:sz w:val="22"/>
        </w:rPr>
        <w:t>[Anzahl]</w:t>
      </w:r>
      <w:r>
        <w:rPr>
          <w:rFonts w:ascii="Calibri" w:hAnsi="Calibri"/>
          <w:b w:val="0"/>
          <w:i w:val="0"/>
          <w:color w:val="202525"/>
          <w:sz w:val="22"/>
        </w:rPr>
        <w:t xml:space="preserve"> Wochenstunden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Arbeitszeiten von </w:t>
      </w:r>
      <w:r>
        <w:rPr>
          <w:rFonts w:ascii="Calibri" w:hAnsi="Calibri"/>
          <w:b/>
          <w:i/>
          <w:color w:val="155B5F"/>
          <w:sz w:val="22"/>
        </w:rPr>
        <w:t>[Uhrzeit]</w:t>
      </w:r>
      <w:r>
        <w:rPr>
          <w:rFonts w:ascii="Calibri" w:hAnsi="Calibri"/>
          <w:b w:val="0"/>
          <w:i w:val="0"/>
          <w:color w:val="202525"/>
          <w:sz w:val="22"/>
        </w:rPr>
        <w:t xml:space="preserve"> bis </w:t>
      </w:r>
      <w:r>
        <w:rPr>
          <w:rFonts w:ascii="Calibri" w:hAnsi="Calibri"/>
          <w:b/>
          <w:i/>
          <w:color w:val="155B5F"/>
          <w:sz w:val="22"/>
        </w:rPr>
        <w:t>[Uhrzeit]</w:t>
      </w:r>
      <w:r>
        <w:rPr>
          <w:rFonts w:ascii="Calibri" w:hAnsi="Calibri"/>
          <w:b w:val="0"/>
          <w:i w:val="0"/>
          <w:color w:val="202525"/>
          <w:sz w:val="22"/>
        </w:rPr>
        <w:t xml:space="preserve"> und </w:t>
      </w:r>
      <w:r>
        <w:rPr>
          <w:rFonts w:ascii="Calibri" w:hAnsi="Calibri"/>
          <w:b/>
          <w:i/>
          <w:color w:val="155B5F"/>
          <w:sz w:val="22"/>
        </w:rPr>
        <w:t>[konkrete Dienstregelung]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Vergütung nach </w:t>
      </w:r>
      <w:r>
        <w:rPr>
          <w:rFonts w:ascii="Calibri" w:hAnsi="Calibri"/>
          <w:b/>
          <w:i/>
          <w:color w:val="155B5F"/>
          <w:sz w:val="22"/>
        </w:rPr>
        <w:t>[Tarif/Entgeltgruppe]</w:t>
      </w:r>
      <w:r>
        <w:rPr>
          <w:rFonts w:ascii="Calibri" w:hAnsi="Calibri"/>
          <w:b w:val="0"/>
          <w:i w:val="0"/>
          <w:color w:val="202525"/>
          <w:sz w:val="22"/>
        </w:rPr>
        <w:t xml:space="preserve"> beziehungsweise </w:t>
      </w:r>
      <w:r>
        <w:rPr>
          <w:rFonts w:ascii="Calibri" w:hAnsi="Calibri"/>
          <w:b/>
          <w:i/>
          <w:color w:val="155B5F"/>
          <w:sz w:val="22"/>
        </w:rPr>
        <w:t>[Gehaltsrahmen]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/>
          <w:i/>
          <w:color w:val="155B5F"/>
          <w:sz w:val="22"/>
        </w:rPr>
        <w:t>[Anzahl]</w:t>
      </w:r>
      <w:r>
        <w:rPr>
          <w:rFonts w:ascii="Calibri" w:hAnsi="Calibri"/>
          <w:b w:val="0"/>
          <w:i w:val="0"/>
          <w:color w:val="202525"/>
          <w:sz w:val="22"/>
        </w:rPr>
        <w:t xml:space="preserve"> Urlaubstage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strukturierte Einarbeitung und feste Ansprechperson</w:t>
      </w:r>
    </w:p>
    <w:p>
      <w:pPr>
        <w:numPr>
          <w:ilvl w:val="0"/>
          <w:numId w:val="99"/>
        </w:numPr>
        <w:spacing w:after="80" w:line="300" w:lineRule="auto"/>
      </w:pPr>
      <w:r>
        <w:rPr>
          <w:rFonts w:ascii="Calibri" w:hAnsi="Calibri"/>
          <w:b/>
          <w:i/>
          <w:color w:val="155B5F"/>
          <w:sz w:val="22"/>
        </w:rPr>
        <w:t>[Fortbildungen, Zuschläge, Dienstkleidung, Jobticket oder weitere konkrete Vorteile]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155B5F"/>
          <w:sz w:val="22"/>
        </w:rPr>
        <w:t>So bewirbst du dich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 xml:space="preserve">Sende deinen Lebenslauf bis zum </w:t>
      </w:r>
      <w:r>
        <w:rPr>
          <w:rFonts w:ascii="Calibri" w:hAnsi="Calibri"/>
          <w:b/>
          <w:i/>
          <w:color w:val="155B5F"/>
          <w:sz w:val="22"/>
        </w:rPr>
        <w:t>[Datum]</w:t>
      </w:r>
      <w:r>
        <w:rPr>
          <w:rFonts w:ascii="Calibri" w:hAnsi="Calibri"/>
          <w:b w:val="0"/>
          <w:i w:val="0"/>
          <w:color w:val="202525"/>
          <w:sz w:val="22"/>
        </w:rPr>
        <w:t xml:space="preserve"> an </w:t>
      </w:r>
      <w:r>
        <w:rPr>
          <w:rFonts w:ascii="Calibri" w:hAnsi="Calibri"/>
          <w:b/>
          <w:i/>
          <w:color w:val="155B5F"/>
          <w:sz w:val="22"/>
        </w:rPr>
        <w:t>[E-Mail-Adresse]</w:t>
      </w:r>
      <w:r>
        <w:rPr>
          <w:rFonts w:ascii="Calibri" w:hAnsi="Calibri"/>
          <w:b w:val="0"/>
          <w:i w:val="0"/>
          <w:color w:val="202525"/>
          <w:sz w:val="22"/>
        </w:rPr>
        <w:t xml:space="preserve"> oder nutze </w:t>
      </w:r>
      <w:r>
        <w:rPr>
          <w:rFonts w:ascii="Calibri" w:hAnsi="Calibri"/>
          <w:b/>
          <w:i/>
          <w:color w:val="155B5F"/>
          <w:sz w:val="22"/>
        </w:rPr>
        <w:t>[Bewerbungslink]</w:t>
      </w:r>
      <w:r>
        <w:rPr>
          <w:rFonts w:ascii="Calibri" w:hAnsi="Calibri"/>
          <w:b w:val="0"/>
          <w:i w:val="0"/>
          <w:color w:val="202525"/>
          <w:sz w:val="22"/>
        </w:rPr>
        <w:t xml:space="preserve">. Ein Anschreiben ist </w:t>
      </w:r>
      <w:r>
        <w:rPr>
          <w:rFonts w:ascii="Calibri" w:hAnsi="Calibri"/>
          <w:b/>
          <w:i/>
          <w:color w:val="155B5F"/>
          <w:sz w:val="22"/>
        </w:rPr>
        <w:t>[nicht]</w:t>
      </w:r>
      <w:r>
        <w:rPr>
          <w:rFonts w:ascii="Calibri" w:hAnsi="Calibri"/>
          <w:b w:val="0"/>
          <w:i w:val="0"/>
          <w:color w:val="202525"/>
          <w:sz w:val="22"/>
        </w:rPr>
        <w:t xml:space="preserve"> erforderlich. Bei Fragen erreichst du </w:t>
      </w:r>
      <w:r>
        <w:rPr>
          <w:rFonts w:ascii="Calibri" w:hAnsi="Calibri"/>
          <w:b/>
          <w:i/>
          <w:color w:val="155B5F"/>
          <w:sz w:val="22"/>
        </w:rPr>
        <w:t>[Name]</w:t>
      </w:r>
      <w:r>
        <w:rPr>
          <w:rFonts w:ascii="Calibri" w:hAnsi="Calibri"/>
          <w:b w:val="0"/>
          <w:i w:val="0"/>
          <w:color w:val="202525"/>
          <w:sz w:val="22"/>
        </w:rPr>
        <w:t xml:space="preserve"> unter </w:t>
      </w:r>
      <w:r>
        <w:rPr>
          <w:rFonts w:ascii="Calibri" w:hAnsi="Calibri"/>
          <w:b/>
          <w:i/>
          <w:color w:val="155B5F"/>
          <w:sz w:val="22"/>
        </w:rPr>
        <w:t>[Telefonnummer]</w:t>
      </w:r>
      <w:r>
        <w:rPr>
          <w:rFonts w:ascii="Calibri" w:hAnsi="Calibri"/>
          <w:b w:val="0"/>
          <w:i w:val="0"/>
          <w:color w:val="202525"/>
          <w:sz w:val="22"/>
        </w:rPr>
        <w:t>. Wir freuen uns darauf, dich kennenzulernen.</w:t>
      </w:r>
    </w:p>
    <w:p>
      <w:pPr>
        <w:spacing w:before="120" w:after="160"/>
        <w:ind w:left="230" w:right="230"/>
        <w:shd w:fill="F5F8F6"/>
        <w:pBdr>
          <w:top w:val="single" w:sz="6" w:space="6" w:color="BDD0C5"/>
          <w:left w:val="single" w:sz="6" w:space="6" w:color="BDD0C5"/>
          <w:bottom w:val="single" w:sz="6" w:space="6" w:color="BDD0C5"/>
          <w:right w:val="single" w:sz="6" w:space="6" w:color="BDD0C5"/>
        </w:pBdr>
      </w:pPr>
      <w:r>
        <w:rPr>
          <w:rFonts w:ascii="Calibri" w:hAnsi="Calibri"/>
          <w:b/>
          <w:i w:val="0"/>
          <w:color w:val="123F42"/>
          <w:sz w:val="22"/>
        </w:rPr>
        <w:t xml:space="preserve">Ansprechperson: </w:t>
      </w:r>
      <w:r>
        <w:rPr>
          <w:rFonts w:ascii="Calibri" w:hAnsi="Calibri"/>
          <w:b/>
          <w:i/>
          <w:color w:val="155B5F"/>
          <w:sz w:val="22"/>
        </w:rPr>
        <w:t>[Name]</w:t>
      </w:r>
      <w:r>
        <w:rPr>
          <w:rFonts w:ascii="Calibri" w:hAnsi="Calibri"/>
          <w:b/>
          <w:i w:val="0"/>
          <w:color w:val="123F42"/>
          <w:sz w:val="22"/>
        </w:rPr>
        <w:t xml:space="preserve">  |  Telefon: </w:t>
      </w:r>
      <w:r>
        <w:rPr>
          <w:rFonts w:ascii="Calibri" w:hAnsi="Calibri"/>
          <w:b/>
          <w:i/>
          <w:color w:val="155B5F"/>
          <w:sz w:val="22"/>
        </w:rPr>
        <w:t>[Telefonnummer]</w:t>
      </w:r>
      <w:r>
        <w:rPr>
          <w:rFonts w:ascii="Calibri" w:hAnsi="Calibri"/>
          <w:b/>
          <w:i w:val="0"/>
          <w:color w:val="123F42"/>
          <w:sz w:val="22"/>
        </w:rPr>
        <w:t xml:space="preserve">  |  E-Mail: </w:t>
      </w:r>
      <w:r>
        <w:rPr>
          <w:rFonts w:ascii="Calibri" w:hAnsi="Calibri"/>
          <w:b/>
          <w:i/>
          <w:color w:val="155B5F"/>
          <w:sz w:val="22"/>
        </w:rPr>
        <w:t>[E-Mail-Adresse]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55B5F"/>
          <w:sz w:val="22"/>
        </w:rPr>
        <w:t>Checkliste vor der Veröffentlichung</w:t>
      </w:r>
    </w:p>
    <w:p>
      <w:pPr>
        <w:spacing w:after="12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Prüfe die Anzeige noch einmal aus Sicht einer interessierten Person: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Die Berufsbezeichnung passt zur tatsächlichen Qualifikation und ist inklusiv formuliert.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Die wichtigsten Aufgaben bilden den echten Arbeitsplatz ab.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Muss- und Kann-Anforderungen sind klar getrennt.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Arbeitszeiten, Schichten und Wochenenddienste sind konkret beschrieben.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Stundenumfang, Vertragsdauer, Arbeitsort und Starttermin sind genannt.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Vergütung, Tarif oder Entgeltgruppe sind nach Möglichkeit angegeben.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Vorteile sind konkret statt mit allgemeinen Werbesätzen beschrieben.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Ansprechperson, Bewerbungsweg und benötigte Unterlagen sind eindeutig.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Text und Bilder sind diskriminierungsfrei und wertschätzend gestaltet.</w:t>
      </w:r>
    </w:p>
    <w:p>
      <w:pPr>
        <w:numPr>
          <w:ilvl w:val="0"/>
          <w:numId w:val="100"/>
        </w:numPr>
        <w:spacing w:after="80" w:line="300" w:lineRule="auto"/>
      </w:pPr>
      <w:r>
        <w:rPr>
          <w:rFonts w:ascii="Calibri" w:hAnsi="Calibri"/>
          <w:b w:val="0"/>
          <w:i w:val="0"/>
          <w:color w:val="202525"/>
          <w:sz w:val="22"/>
        </w:rPr>
        <w:t>Die fertige Anzeige wurde bei rechtlichen Unsicherheiten fachkundig geprüft.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155B5F"/>
          <w:sz w:val="22"/>
        </w:rPr>
        <w:t>Formulierungshilfen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4320"/>
        <w:gridCol w:w="5040"/>
      </w:tblGrid>
      <w:tr>
        <w:tc>
          <w:tcPr>
            <w:tcW w:type="dxa" w:w="43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55B5F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21"/>
              </w:rPr>
              <w:t>Wenig konkret</w:t>
            </w:r>
          </w:p>
        </w:tc>
        <w:tc>
          <w:tcPr>
            <w:tcW w:type="dxa" w:w="5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155B5F"/>
          </w:tcPr>
          <w:p>
            <w:pPr>
              <w:spacing w:after="0"/>
              <w:jc w:val="left"/>
            </w:pPr>
            <w:r>
              <w:rPr>
                <w:rFonts w:ascii="Calibri" w:hAnsi="Calibri"/>
                <w:b/>
                <w:color w:val="FFFFFF"/>
                <w:sz w:val="21"/>
              </w:rPr>
              <w:t>Besser und nachvollziehbar</w:t>
            </w:r>
          </w:p>
        </w:tc>
      </w:tr>
      <w:tr>
        <w:tc>
          <w:tcPr>
            <w:tcW w:type="dxa" w:w="43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>flexible Arbeitszeiten</w:t>
            </w:r>
          </w:p>
        </w:tc>
        <w:tc>
          <w:tcPr>
            <w:tcW w:type="dxa" w:w="5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Frühdienst von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[Uhrzeit]</w:t>
            </w: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 bis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[Uhrzeit]</w:t>
            </w: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; Dienst an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[jedem zweiten Wochenende]</w:t>
            </w:r>
          </w:p>
        </w:tc>
      </w:tr>
      <w:tr>
        <w:tc>
          <w:tcPr>
            <w:tcW w:type="dxa" w:w="4320"/>
            <w:shd w:fill="F5F8F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>attraktive Vergütung</w:t>
            </w:r>
          </w:p>
        </w:tc>
        <w:tc>
          <w:tcPr>
            <w:tcW w:type="dxa" w:w="5040"/>
            <w:shd w:fill="F5F8F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Vergütung nach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[Tarif/Entgeltgruppe]</w:t>
            </w: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 beziehungsweise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[Gehaltsrahmen]</w:t>
            </w:r>
          </w:p>
        </w:tc>
      </w:tr>
      <w:tr>
        <w:tc>
          <w:tcPr>
            <w:tcW w:type="dxa" w:w="43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>abwechslungsreiche Aufgaben</w:t>
            </w:r>
          </w:p>
        </w:tc>
        <w:tc>
          <w:tcPr>
            <w:tcW w:type="dxa" w:w="504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konkrete Tätigkeiten in </w:t>
            </w:r>
            <w:r>
              <w:rPr>
                <w:rFonts w:ascii="Calibri" w:hAnsi="Calibri"/>
                <w:b/>
                <w:i/>
                <w:color w:val="155B5F"/>
                <w:sz w:val="22"/>
              </w:rPr>
              <w:t>[Reinigung, Küche, Wäschepflege und Warenwirtschaft]</w:t>
            </w:r>
          </w:p>
        </w:tc>
      </w:tr>
      <w:tr>
        <w:tc>
          <w:tcPr>
            <w:tcW w:type="dxa" w:w="4320"/>
            <w:shd w:fill="F5F8F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>gute Einarbeitung</w:t>
            </w:r>
          </w:p>
        </w:tc>
        <w:tc>
          <w:tcPr>
            <w:tcW w:type="dxa" w:w="5040"/>
            <w:shd w:fill="F5F8F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i/>
                <w:color w:val="155B5F"/>
                <w:sz w:val="22"/>
              </w:rPr>
              <w:t>[Anzahl]</w:t>
            </w:r>
            <w:r>
              <w:rPr>
                <w:rFonts w:ascii="Calibri" w:hAnsi="Calibri"/>
                <w:b w:val="0"/>
                <w:i w:val="0"/>
                <w:color w:val="202525"/>
                <w:sz w:val="22"/>
              </w:rPr>
              <w:t xml:space="preserve"> Einarbeitungstage mit fester Ansprechperson und Hygieneunterweisung</w:t>
            </w:r>
          </w:p>
        </w:tc>
      </w:tr>
    </w:tbl>
    <w:p>
      <w:pPr>
        <w:spacing w:before="280" w:after="0" w:line="276" w:lineRule="auto"/>
        <w:ind w:left="230" w:right="230"/>
        <w:shd w:fill="FFF7E3"/>
        <w:pBdr>
          <w:top w:val="single" w:sz="6" w:space="6" w:color="E8D7A1"/>
          <w:left w:val="single" w:sz="6" w:space="6" w:color="E8D7A1"/>
          <w:bottom w:val="single" w:sz="6" w:space="6" w:color="E8D7A1"/>
          <w:right w:val="single" w:sz="6" w:space="6" w:color="E8D7A1"/>
        </w:pBdr>
      </w:pPr>
      <w:r>
        <w:rPr>
          <w:rFonts w:ascii="Calibri" w:hAnsi="Calibri"/>
          <w:b/>
          <w:color w:val="202525"/>
          <w:sz w:val="19"/>
        </w:rPr>
        <w:t xml:space="preserve">Rechtlicher Hinweis: </w:t>
      </w:r>
      <w:r>
        <w:rPr>
          <w:rFonts w:ascii="Calibri" w:hAnsi="Calibri"/>
          <w:color w:val="202525"/>
          <w:sz w:val="19"/>
        </w:rPr>
        <w:t>Die Vorlage bietet eine allgemeine Orientierung und ersetzt keine rechtliche Beratung. Passe Auswahlkriterien ausschließlich an die tatsächlichen Anforderungen der Stelle an.</w:t>
      </w:r>
    </w:p>
    <w:p>
      <w:pPr>
        <w:spacing w:before="100" w:after="0"/>
      </w:pPr>
      <w:r>
        <w:rPr>
          <w:rFonts w:ascii="Calibri" w:hAnsi="Calibri"/>
          <w:i/>
          <w:color w:val="626B6C"/>
          <w:sz w:val="18"/>
        </w:rPr>
        <w:t>Praxisvorlage von Fokus Hauswirtschaft | www.fokushauswirtschaft.de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color w:val="626B6C"/>
        <w:sz w:val="17"/>
      </w:rPr>
      <w:t>www.fokushauswirtschaft.de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155B5F"/>
        <w:sz w:val="17"/>
      </w:rPr>
      <w:t>FOKUS HAUSWIRTSCHAFT  |  PRAXISVORLAGE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9">
    <w:multiLevelType w:val="singleLevel"/>
    <w:lvl w:ilvl="0">
      <w:start w:val="1"/>
      <w:numFmt w:val="bullet"/>
      <w:lvlText w:val="•"/>
      <w:lvlJc w:val="left"/>
      <w:pPr>
        <w:tabs>
          <w:tab w:val="num" w:pos="270"/>
        </w:tabs>
        <w:ind w:left="540" w:hanging="270"/>
        <w:spacing w:after="80" w:line="300" w:lineRule="auto"/>
      </w:pPr>
      <w:rPr>
        <w:rFonts w:ascii="Arial" w:hAnsi="Arial"/>
        <w:color w:val="155B5F"/>
        <w:sz w:val="22"/>
      </w:rPr>
    </w:lvl>
  </w:abstractNum>
  <w:num w:numId="99">
    <w:abstractNumId w:val="99"/>
  </w:num>
  <w:abstractNum w:abstractNumId="100">
    <w:multiLevelType w:val="singleLevel"/>
    <w:lvl w:ilvl="0">
      <w:start w:val="1"/>
      <w:numFmt w:val="bullet"/>
      <w:lvlText w:val="☐"/>
      <w:lvlJc w:val="left"/>
      <w:pPr>
        <w:tabs>
          <w:tab w:val="num" w:pos="270"/>
        </w:tabs>
        <w:ind w:left="540" w:hanging="270"/>
        <w:spacing w:after="80" w:line="300" w:lineRule="auto"/>
      </w:pPr>
      <w:rPr>
        <w:rFonts w:ascii="Arial" w:hAnsi="Arial"/>
        <w:color w:val="155B5F"/>
        <w:sz w:val="22"/>
      </w:rPr>
    </w:lvl>
  </w:abstractNum>
  <w:num w:numId="100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25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55B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55B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F4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Stellenanzeige in der Hauswirtschaft - Muster</dc:title>
  <dc:subject>Editierbare Word-Vorlage für eine Stellenanzeige in der Hauswirtschaft</dc:subject>
  <dc:creator>Fokus Hauswirtschaft</dc:creator>
  <cp:keywords>Stellenanzeige, Hauswirtschaft, Muster, Vorlage, Personalgewinnung</cp:keywords>
  <dc:description>Kostenlose Praxisvorlage von Fokus Hauswirtschaft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